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44"/>
        </w:rPr>
        <w:t>BEYOND BOUNDARIES</w:t>
      </w:r>
    </w:p>
    <w:p>
      <w:pPr>
        <w:jc w:val="center"/>
      </w:pPr>
      <w:r>
        <w:rPr>
          <w:b/>
          <w:sz w:val="26"/>
        </w:rPr>
        <w:t>EVENT ATTENDANCE &amp; PARTICIPATION REQUEST</w:t>
      </w:r>
    </w:p>
    <w:p>
      <w:pPr>
        <w:jc w:val="center"/>
      </w:pPr>
      <w:r>
        <w:rPr>
          <w:i/>
          <w:sz w:val="18"/>
        </w:rPr>
        <w:t>Every Story. Every Struggle. Every Victory.  •  No Limits. Just Life.</w:t>
      </w:r>
    </w:p>
    <w:p>
      <w:pPr>
        <w:jc w:val="center"/>
      </w:pPr>
      <w:r>
        <w:t>Thank you for your interest in having Beyond Boundaries attend your event. Please complete this form so we can review the event, participation needs, and availability.</w:t>
      </w:r>
    </w:p>
    <w:p>
      <w:pPr>
        <w:spacing w:before="100" w:after="40"/>
      </w:pPr>
      <w:r>
        <w:rPr>
          <w:b/>
          <w:sz w:val="22"/>
        </w:rPr>
        <w:t>CONTACT INFORMATION</w:t>
      </w:r>
    </w:p>
    <w:p>
      <w:pPr>
        <w:spacing w:after="40"/>
      </w:pPr>
      <w:r>
        <w:rPr>
          <w:b/>
        </w:rPr>
        <w:t xml:space="preserve">Organization/Business Name: </w:t>
      </w:r>
      <w:r>
        <w:t>____________________________________________________________</w:t>
      </w:r>
    </w:p>
    <w:p>
      <w:pPr>
        <w:spacing w:after="40"/>
      </w:pPr>
      <w:r>
        <w:rPr>
          <w:b/>
        </w:rPr>
        <w:t xml:space="preserve">Contact Person: </w:t>
      </w:r>
      <w:r>
        <w:t>____________________________________________________________</w:t>
      </w:r>
    </w:p>
    <w:p>
      <w:pPr>
        <w:spacing w:after="40"/>
      </w:pPr>
      <w:r>
        <w:rPr>
          <w:b/>
        </w:rPr>
        <w:t xml:space="preserve">Phone Number: </w:t>
      </w:r>
      <w:r>
        <w:t>______________________________</w:t>
      </w:r>
    </w:p>
    <w:p>
      <w:pPr>
        <w:spacing w:after="40"/>
      </w:pPr>
      <w:r>
        <w:rPr>
          <w:b/>
        </w:rPr>
        <w:t xml:space="preserve">Email Address: </w:t>
      </w:r>
      <w:r>
        <w:t>________________________________________</w:t>
      </w:r>
    </w:p>
    <w:p>
      <w:r>
        <w:t>Preferred Method of Contact:   ☐ Phone     ☐ Text     ☐ Email</w:t>
      </w:r>
    </w:p>
    <w:p>
      <w:pPr>
        <w:spacing w:before="100" w:after="40"/>
      </w:pPr>
      <w:r>
        <w:rPr>
          <w:b/>
          <w:sz w:val="22"/>
        </w:rPr>
        <w:t>EVENT INFORMATION</w:t>
      </w:r>
    </w:p>
    <w:p>
      <w:pPr>
        <w:spacing w:after="40"/>
      </w:pPr>
      <w:r>
        <w:rPr>
          <w:b/>
        </w:rPr>
        <w:t xml:space="preserve">Event Name: </w:t>
      </w:r>
      <w:r>
        <w:t>____________________________________________________________</w:t>
      </w:r>
    </w:p>
    <w:p>
      <w:r>
        <w:rPr>
          <w:b/>
        </w:rPr>
        <w:t xml:space="preserve">Event Date: </w:t>
      </w:r>
      <w:r>
        <w:t>__________________</w:t>
      </w:r>
      <w:r>
        <w:rPr>
          <w:b/>
        </w:rPr>
        <w:t xml:space="preserve">   Start Time: </w:t>
      </w:r>
      <w:r>
        <w:t>____________</w:t>
      </w:r>
      <w:r>
        <w:rPr>
          <w:b/>
        </w:rPr>
        <w:t xml:space="preserve">   End Time: </w:t>
      </w:r>
      <w:r>
        <w:t>____________</w:t>
      </w:r>
    </w:p>
    <w:p>
      <w:pPr>
        <w:spacing w:after="40"/>
      </w:pPr>
      <w:r>
        <w:rPr>
          <w:b/>
        </w:rPr>
        <w:t xml:space="preserve">Event Location/Venue: </w:t>
      </w:r>
      <w:r>
        <w:t>____________________________________________________________</w:t>
      </w:r>
    </w:p>
    <w:p>
      <w:pPr>
        <w:spacing w:after="40"/>
      </w:pPr>
      <w:r>
        <w:rPr>
          <w:b/>
        </w:rPr>
        <w:t xml:space="preserve">Event Address: </w:t>
      </w:r>
      <w:r>
        <w:t>____________________________________________________________</w:t>
      </w:r>
    </w:p>
    <w:p>
      <w:pPr>
        <w:spacing w:after="40"/>
      </w:pPr>
      <w:r>
        <w:rPr>
          <w:b/>
        </w:rPr>
        <w:t xml:space="preserve">City/State/ZIP: </w:t>
      </w:r>
      <w:r>
        <w:t>____________________________________________________________</w:t>
      </w:r>
    </w:p>
    <w:p>
      <w:pPr>
        <w:spacing w:after="40"/>
      </w:pPr>
      <w:r>
        <w:rPr>
          <w:b/>
        </w:rPr>
        <w:t xml:space="preserve">Event Website or Social Media Page: </w:t>
      </w:r>
      <w:r>
        <w:t>____________________________________________________________</w:t>
      </w:r>
    </w:p>
    <w:p>
      <w:pPr>
        <w:spacing w:before="100" w:after="40"/>
      </w:pPr>
      <w:r>
        <w:rPr>
          <w:b/>
          <w:sz w:val="22"/>
        </w:rPr>
        <w:t>ABOUT THE EVENT</w:t>
      </w:r>
    </w:p>
    <w:p>
      <w:r>
        <w:t>Type of Event:   ☐ Community Event   ☐ Festival/Fair   ☐ Fundraiser   ☐ Disability/Special Needs Event   ☐ School Event</w:t>
      </w:r>
    </w:p>
    <w:p>
      <w:r>
        <w:t>☐ Sports/Athletic Event   ☐ Health &amp; Wellness   ☐ Vendor Show   ☐ Awareness Event   ☐ Corporate Event   ☐ Other: __________</w:t>
      </w:r>
    </w:p>
    <w:p>
      <w:r>
        <w:t>Estimated Attendance:   ☐ Under 50   ☐ 50–100   ☐ 101–250   ☐ 251–500   ☐ 500+</w:t>
      </w:r>
    </w:p>
    <w:p>
      <w:pPr>
        <w:spacing w:after="40"/>
      </w:pPr>
      <w:r>
        <w:rPr>
          <w:b/>
        </w:rPr>
        <w:t xml:space="preserve">Brief description/purpose: </w:t>
      </w:r>
      <w:r>
        <w:t>______________________________________________________________________</w:t>
      </w:r>
    </w:p>
    <w:p>
      <w:r>
        <w:t>_________________________________________________________________________________________________________</w:t>
      </w:r>
    </w:p>
    <w:p>
      <w:pPr>
        <w:spacing w:before="100" w:after="40"/>
      </w:pPr>
      <w:r>
        <w:rPr>
          <w:b/>
          <w:sz w:val="22"/>
        </w:rPr>
        <w:t>HOW WOULD YOU LIKE BEYOND BOUNDARIES TO PARTICIPATE?</w:t>
      </w:r>
    </w:p>
    <w:p>
      <w:r>
        <w:t>☐ Vendor Booth   ☐ Merchandise/Apparel Booth   ☐ Community Resource Booth   ☐ Awareness/Education Booth</w:t>
      </w:r>
    </w:p>
    <w:p>
      <w:r>
        <w:t>☐ Guest Speaker   ☐ Event Sponsor   ☐ Sports/Athletic Activity   ☐ Inclusive Activity   ☐ Fundraising Activity</w:t>
      </w:r>
    </w:p>
    <w:p>
      <w:r>
        <w:t>☐ Partnership/Collaboration   ☐ Other: ______________________________________________</w:t>
      </w:r>
    </w:p>
    <w:p>
      <w:pPr>
        <w:spacing w:before="100" w:after="40"/>
      </w:pPr>
      <w:r>
        <w:rPr>
          <w:b/>
          <w:sz w:val="22"/>
        </w:rPr>
        <w:t>VENDOR &amp; SETUP INFORMATION</w:t>
      </w:r>
    </w:p>
    <w:p>
      <w:r>
        <w:t>Vendor fee?  ☐ No  ☐ Yes  Amount: $__________     Table provided? ☐ Yes ☐ No     Chairs provided? ☐ Yes ☐ No</w:t>
      </w:r>
    </w:p>
    <w:p>
      <w:r>
        <w:t>Tent/canopy space? ☐ Yes ☐ No ☐ Indoor     Electricity? ☐ Yes ☐ No     Booth/Space Size: __________________</w:t>
      </w:r>
    </w:p>
    <w:p>
      <w:r>
        <w:rPr>
          <w:b/>
        </w:rPr>
        <w:t xml:space="preserve">Setup Time: </w:t>
      </w:r>
      <w:r>
        <w:t>_______________</w:t>
      </w:r>
      <w:r>
        <w:rPr>
          <w:b/>
        </w:rPr>
        <w:t xml:space="preserve">   Breakdown Time: </w:t>
      </w:r>
      <w:r>
        <w:t>_______________</w:t>
      </w:r>
    </w:p>
    <w:p>
      <w:r>
        <w:t>Insurance, waiver, permit, or vendor requirements?  ☐ No  ☐ Yes — Explain: ______________________________</w:t>
      </w:r>
    </w:p>
    <w:p>
      <w:r>
        <w:t>_________________________________________________________________________________________________________</w:t>
      </w:r>
    </w:p>
    <w:p>
      <w:pPr>
        <w:spacing w:before="100" w:after="40"/>
      </w:pPr>
      <w:r>
        <w:rPr>
          <w:b/>
          <w:sz w:val="22"/>
        </w:rPr>
        <w:t>ADDITIONAL INFORMATION</w:t>
      </w:r>
    </w:p>
    <w:p>
      <w:pPr>
        <w:spacing w:after="40"/>
      </w:pPr>
      <w:r>
        <w:rPr>
          <w:b/>
        </w:rPr>
        <w:t xml:space="preserve">Why would you like Beyond Boundaries involved? </w:t>
      </w:r>
      <w:r>
        <w:t>_________________________________________________________________</w:t>
      </w:r>
    </w:p>
    <w:p>
      <w:r>
        <w:t>_________________________________________________________________________________________________________</w:t>
      </w:r>
    </w:p>
    <w:p>
      <w:pPr>
        <w:spacing w:after="40"/>
      </w:pPr>
      <w:r>
        <w:rPr>
          <w:b/>
        </w:rPr>
        <w:t xml:space="preserve">Anything else we should know? </w:t>
      </w:r>
      <w:r>
        <w:t>________________________________________________________________________</w:t>
      </w:r>
    </w:p>
    <w:p>
      <w:r>
        <w:t>_________________________________________________________________________________________________________</w:t>
      </w:r>
    </w:p>
    <w:p>
      <w:pPr>
        <w:spacing w:before="100" w:after="40"/>
      </w:pPr>
      <w:r>
        <w:rPr>
          <w:b/>
          <w:sz w:val="22"/>
        </w:rPr>
        <w:t>EVENT CONTACT CONFIRMATION</w:t>
      </w:r>
    </w:p>
    <w:p>
      <w:r>
        <w:t>I understand that submitting this form is an event participation request and does not guarantee that Beyond Boundaries will be available to attend. Participation will be confirmed after the event information has been reviewed.</w:t>
      </w:r>
    </w:p>
    <w:p>
      <w:r>
        <w:rPr>
          <w:b/>
        </w:rPr>
        <w:t xml:space="preserve">Name: </w:t>
      </w:r>
      <w:r>
        <w:t>____________________________</w:t>
      </w:r>
      <w:r>
        <w:rPr>
          <w:b/>
        </w:rPr>
        <w:t xml:space="preserve">   Signature: </w:t>
      </w:r>
      <w:r>
        <w:t>____________________________</w:t>
      </w:r>
      <w:r>
        <w:rPr>
          <w:b/>
        </w:rPr>
        <w:t xml:space="preserve">   Date: </w:t>
      </w:r>
      <w:r>
        <w:t>_______________</w:t>
      </w:r>
    </w:p>
    <w:p>
      <w:pPr>
        <w:spacing w:before="100" w:after="40"/>
      </w:pPr>
      <w:r>
        <w:rPr>
          <w:b/>
          <w:sz w:val="22"/>
        </w:rPr>
        <w:t>FOR BEYOND BOUNDARIES USE</w:t>
      </w:r>
    </w:p>
    <w:p>
      <w:r>
        <w:t>Date Received: ______________   Availability Checked: ☐ Yes ☐ No   Request: ☐ Approved ☐ Pending ☐ Declined</w:t>
      </w:r>
    </w:p>
    <w:p>
      <w:r>
        <w:t>Participation Type: ______________________________   Vendor Fee: $____________</w:t>
      </w:r>
    </w:p>
    <w:p>
      <w:r>
        <w:t>Staff/Representatives Attending: ______________________________________________________________</w:t>
      </w:r>
    </w:p>
    <w:p>
      <w:r>
        <w:t>Follow-Up Completed: ☐ Yes ☐ No     Notes: ____________________________________________________</w:t>
      </w:r>
    </w:p>
    <w:sectPr w:rsidR="00FC693F" w:rsidRPr="0006063C" w:rsidSect="00034616">
      <w:footerReference w:type="default" r:id="rId9"/>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b/>
      </w:rPr>
      <w:t>BEYOND BOUNDARIES  •  Every Story. Every Struggle. Every Victory.</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